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הסיגד: הסיפור של אלמז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עיקרי חג הסיגד ואת מנהגיו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מאמהרית ומעברית הקשורות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סיפור אלמז וסבתא טירונש ולסדר את אירועיו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והקשבה לסיפור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מהו חג הסיגד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הסיגד הוא חג מסורתי של קהילת ביתא ישראל.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התאריך העברי שבו חל החג.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ביום הסיגד צמים, ורק בסופו חוגגים בשמחה.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חלק מרכזי בטקס החג.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הסיגד הוא חג לאומי בישראל רק מאז שנת 2008.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מהו חג הסיגד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2. 2008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מהו חג הסיגד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צמים, מתפללים ומבקשים סליחה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2008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הוא ביטא געגוע לירושלים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מילים מאמהרית ומגעז – התאמת מילים ופירושים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(מנהיג דתי בקהילה)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(ספר התורה בשפת 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(השם שבו קראה הקהילה לעצמה)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(סל-שולחן ארוג שיושבים סביבו)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(לחם רך ושטוח לאכילה עם תבשילים)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(לחם עגול וחגיגי)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מילים מאמהרית ומגעז – הבנה ושימוש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צעיף כותנה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ריקוד מסורתי של כתפיים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תוף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ברכת שלום יום-יומית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מילים מאמהרית ומגעז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נאמר באתר, זו מילת תודה.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נשמע שם העיר באמהרית.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מילים מאמהרית ומגעז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הקסים קראו מן האורית בראש ההר. בני המשפחה ישבו יחד סביב המסוב ואכלו אינג'רה.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– לשמור על הזהות, השורשים והמסורת המשפחתית, ולהעביר אותם הלאה לדורות הבאים.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מילים עבריות מהסיפור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(רצון חזק לחזור למקום או לאדם שאוהבים)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(הסכם והתחייבות הדדית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(לא לאכול ולא לשתות לזמן מסוים)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(קבוצת אנשים שקשורים זה לזה באמונה או בתרבות)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(הגעה לגור בארץ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(דיבור אל אלוהים – בקשה, תודה או שבח)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מילים עבריות מהסיפור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געגוע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שורשים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מילים עבריות מהסיפור – הבנה ושימוש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כמיהה היא רצון עמוק וחזק מאוד, כמעט כמו צמא, וגעגוע הוא רצון לחזור למישהו או למשהו שאוהבים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בני הקהילה התכנסו יחד לחגוג את הסיגד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מילים עבריות מהסיפור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תשובה הגיונית שמשתמשת נכון במילה מסורת ומתייחסת למנהג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המראה הבנה של משמעות המילים וקשרן לעלילת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הבנת הנקרא וסדר האירועים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בסיפור, חמישים יום אחרי יום הכיפורים.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לובשים בגדים לבנים כאות טוהר וכוונה.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הם מובילים את התפילה ואת הטקס.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"סיגד" פירושו השתחוויה, מהשורש ס-ג-ד.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נכתב בסיפור ובמידע על החג.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הבנת הנקרא וסדר האירועים – מסדרים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אלמז מוצאת את הסל הצבעוני של סבתא ושומעת על הגעגוע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הקהילה מתכוננת לחג: טובלים בנהר ולובשים בגדים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עולים אל ההר וצמים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הקסים קוראים מן האורית וחוגגים את חידוש הברית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המשפחה יוצאת למסע הארוך בדרך לארץ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אלמז חוגגת סיגד בירושלים וכותבת את "המסע שלי"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הבנת הנקרא וסדר האירועים – שאלות על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אלמז מצאה סל קש צבעוני ישן, וגילתה שהוא מספר על הגעגוע של סבתא לירושלים.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היא התגעגעה לירושלים וחלמה לחזור אליה; כך מתגלה הכמיהה שליוותה את הקהילה דורות רבים.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אלמז מגיעה לירושלים, חוגגת סיגד עם חברים, וכותבת את "המסע שלי" - כך המסע האישי שלה נפגש עם מסורת המשפחה.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ראיון שורשים – מכירים את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מראיינים בן משפחה מבוגר כדי ללמוד על המוצא והמסורת.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לראיין בכל שפה ולתרגם יחד.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מותר לבחור מה לשתף ומה להשאיר בבית.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אחת משאלות הראיון המרכזיות.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ראיון שורשים – מתאימים שאלה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(מוצא המשפחה)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(מסורת שעוברת בירושה)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(מנהגים ומסורת)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(קשיים ותמיכה)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(שפה ומורשת)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ראיון שורשים – כותבים לפי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המבוססת על תוכן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אישי של חפץ, מתכון או שיר ומשמעותו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המבוססת על דברי המרואיין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מילה ופירושה כפי שסופר בראיון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רפלקציה אישית קצרה על הראיון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המסע שלי – היכרות עם התחנות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 בתרמיל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המסע שלי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תחנה 1 שואלת מאיפה התחיל המסע - מקום, משפחה, רגע.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בתחנה 6 כותבים משפט התחייבות, כמו חידוש הברית בחג הסיגד.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הכתיבה נשמרת רק במכשיר, ולא נשלחת לאף אחד.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כ״ט בחשוון, 50 יום אחרי יום הכיפורים, צום ועלייה להר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לפחות חמש מילים נכונות עם פירוש מתאים כמו קס, אורית, מסוב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מסדרת נכון: הסל של סבתא, הביטה צפונה, הכנה בנהר, עלייה להר, קריאה מהאורית, שבירת הצום, הדרך לארץ, הנחיתה, סיגד בירושלים, הכתיבה במחברת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מפגשים: פרק 1-2, פרק 3-4, פרק 5-6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להזמין תלמידים דוברי אמהרית לשתף הגייה נכונה של המילים בפרק 2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צעירים אפשר לקצר את שאלות הראיון ולהתמקד בשתיים-שלוש מהן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פרק הכתיבה האישית מתאים לעבודה בזוגות או בליווי מבוגר בבית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הסיגד: הסיפור של אלמז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תעבדו לפי סדר הפרקים, בדיוק כמו בדפדוף בספר של אלמז. בכל פרק ענו על השאלות במשפטים שלמים, ובסוף בדקו את עצמכם מול שאלות הסיכום.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מהו חג הסיגד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הוא חג של יהודי אתיופיה (ביתא ישראל).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חל בכ״ט בחשוון.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הסיגד אוכלים ושותים כל היום בלי הפסקה.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הסיגד עולים למקום גבוה ומתפללים.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הפך לחג לאומי במדינת ישראל רק בשנות ה-90.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מהו חג הסיגד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הסיגד חל __________ יום אחרי יום הכיפורים.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הסיגד הוא חג לאומי במדינת ישראל מאז שנת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מהו חג הסיגד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ביום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צמים, מתפללים ומבקשים סליחה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אוכלים כל היום בלי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ישנים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הולכים לטייל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אחרי יום הכיפורים חל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מאיזו שנה הסיגד הוא חג לאומי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הקשר בין הסיגד לירושלים בדורות הגלות?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ביטא געגוע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היה שום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נחגג רק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נוגד את הקשר לירושלים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מילים מאמהרית ומגעז – התאמת מילים ופירושים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קס /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ספר התורה בשפת געז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סל-שולחן ארוג שיושבים סביבו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ביתא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לחם רך ושטוח לאכילה עם תבשילים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לחם עגול וחגיגי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אינג'רה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השם שבו קראה הקהילה לעצמה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דאבו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מנהיג דתי בקהילה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מילים מאמהרית ומגעז – הבנה ושימוש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נתלה?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תוף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צעיף כותנה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לחם חגיגי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ריקוד כתפיים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אסקיסטה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מנהיג דתי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סל קש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ריקוד מסורתי של כתפיים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כברו הוא כלי נגינה. איזה?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כינור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תוף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פעמון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המילה סלאם משמשת כ...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ברכת שלום יום-יומית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של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חג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מילים מאמהרית ומגעז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אמסגנלהו פירושו 'תודה רבה' באמהרית.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איירוסלם היא המילה באמהרית לשם ירושלים.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מילים מאמהרית ומגעז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שתיים מהמילים מאמהרית וכתבו משפט קצר לכל אחת, כך שיוסבר למה היא קשורה לחג הסיגד.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חשוב לשמר מילים מאמהרית ומגעז גם כשחיים בישראל ומדברים עברית?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מילים עבריות מהסיפור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געגוע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הגעה לגור בארץ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קבוצת אנשים שקשורים זה לזה באמונה או בתרבות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רצון חזק לחזור למקום או לאדם שאוהבים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דיבור אל אלוהים – בקשה, תודה או שבח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עלייה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 לאכול ולא לשתות לזמן מסוים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תפילה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הסכם והתחייבות הדדית לאורך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מילים עבריות מהסיפור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 שהמשפחה עלתה לארץ, היא הרגישה __________ חזק לבית שהשאירה מאחור.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ביום הסיגד הקהילה __________ מהבוקר עד הערב, בלי לאכול ולשתות.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הקסים קוראים מן האורית כדי לחדש את ה__________ עם העם.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המנהגים שעוברים מדור לדור במשפחה נקראים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כשאלמז הגיעה לירושלים, היא הרגישה שהיא חוזרת אל ה__________ שלה.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מילים עבריות מהסיפור – הבנה ושימוש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הכי מתאימה לתאר כריעה עמוקה מתוך כבוד?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כמיהה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געגוע לכמיהה?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הבדל, שתי המילים זהות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כמיהה היא רצון עמוק וחזק מאוד, כמעט כמו צמא, וגעגוע הוא רצון לחזור למישהו או למשהו שאוהבים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געגוע קשור רק לאוכל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כמיהה היא סוג של 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משפט המילה "קהילה" משמשת בצורה נכונה?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הקהילה היא לחם חגיגי שאופים לשבת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 הקהילה התכנסו יחד לחגוג את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הקהילה היא שם של ריקוד מסורתי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הקהילה היא השתחוויה עמוקה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מילים עבריות מהסיפור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משלכם עם המילה "מסורת", הקשור למשפחה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שתיים מהמילים (געגוע, ברית, צום, קהילה, עלייה, תפילה, כמיהה, שורשים) והסבירו איך הן קשורות לסיפור של אלמז.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הבנת הנקרא וסדר האירועים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חל בכ"ט בחשוון.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הסיגד לובשים בגדים שחורים.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הם מנהיגי הקהילה הדתיים.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"סיגד" פירושו בעברית "ריקוד".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הוא חג לאומי במדינת ישראל מאז שנת 2008.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הבנת הנקרא וסדר האירועים – מסדרים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קוראים מן האורית וחוגגים את חידוש הברית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אל ההר וצמים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אלמז מוצאת את הסל הצבעוני של סבתא ושומעת על הגעגוע 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אלמז חוגגת סיגד בירושלים וכותבת את "המסע שלי"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הקהילה מתכוננת לחג: טובלים בנהר ולובשים בגדים לבנים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יוצאת למסע הארוך בדרך לארץ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הבנת הנקרא וסדר האירועים – שאלות על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מצאה אלמז אצל סבתא, ומה זה סיפר לה על המשפחה?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טירונש הביטה צפונה בכל ערב, ולמה זה חשוב לסיפור?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הסתיים הסיפור של אלמז, ולמה הסיום הזה מתאים?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ראיון שורשים – מכירים את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השורשים הוא שיחה עם סבא, סבתא או מבוגר קרוב במשפחה.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לראיין רק בשפה העברית.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חובה לספר בכיתה את כל מה שהמרואיין סיפר.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שואלים גם על חפץ, מתכון או שיר שעובר מדור לדור.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ראיון שורשים – מתאימים שאלה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מאיפה הגיעה המשפחה שלנו?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שפה ומורשת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איזה חפץ או מתכון עובר אצלנו מדור לדור?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קשיים ותמיכה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איזה חג היה חשוב בבית שגדלת בו?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מוצא המשפחה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היה קשה בדרך, ומה עזר לך?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מנהגים ומסורת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איזו מילה בשפה אחרת חשובה לך?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מסורת שעוברת בירושה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ראיון שורשים – כותבים לפי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מאיפה הגיעה המשפחה שלכם לארץ או לעיר? כתבו בקצרה לפי מה שסיפר המרואיין.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חפץ, מתכון או שיר עובר במשפחה שלכם מדור לדור? תארו אותו.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היה קשה למרואיין או למרואיינת בדרך שלהם, ומי עזר להם?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בשפה אחרת שהמרואיין הזכיר חשובה לו, ומה פירושה?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אחרי הראיון: מה הפתיע אתכם, ואיזה פרט תרצו לשתף בכיתה?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המסע שלי – היכרות עם התחנות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תחנות יש בפעילות "המסע שלי"?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שואלים בתחנה מספר 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מאיפה התחיל המסע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בתרמיל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היה קשה בדרך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החלום שלי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המסע שלי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תחנה 1 עוסקת במקום שבו התחיל המסע שלי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תחנה 6 היא משפט של "חידוש ברית" עם עצמי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הכתיבה בפעילות "המסע שלי" נשלחת למורה באופן אוטומטי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מתי חל הסיגד ומה עושים בו?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מכיר/ה לפחות חמש מילים מאמהרית הקשורות לחג?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לספר בסדר נכון את עיקרי סיפורה של אלמז?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מסע הסיגד: הסיפור של אלמז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