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הסיגד: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מאמהרית ומעברית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אלמז וסבתא טירונש ולסדר את אירועיו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והקשבה לסיפור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חג הסיגד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הסיגד הוא חג מסורתי של קהילת ביתא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התאריך העברי שבו חל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ביום הסיגד צמים, ורק בסופו חוגגים בשמחה.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חג הסיגד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צמים,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מילים מאמהרית ומגעז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(השם שבו קראה הקהילה לעצמה)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(סל-שולחן ארוג שיושבים סביבו)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מאמהרית ומגעז – הבנה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צעיף כותנה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ריקוד מסורתי של כתפיים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מאמהרית ומגעז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באתר, זו מילת תודה.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מאמהרית ומגעז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מילים עבריות מהסיפור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(רצון חזק לחזור למקום או לאדם שאוהבים)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(הסכם והתחייבות הדדית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לאכול ולא לשתות לזמן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אנשים שקשורים זה לזה באמונה או בתרבות)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מילים עבריות מהסיפור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מילים עבריות מהסיפור – הבנה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מילים עבריות מהסיפור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שמשתמשת נכון במילה מסורת ומתייחסת למנהג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הבנת הנקרא וסדר האירועים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בסיפור, חמישים יום אחרי יום הכיפורים.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 כאות טוהר וכוונה.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מובילים את התפילה ואת הטקס.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הבנת הנקרא וסדר האירועים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 מוצאת את הסל הצבעוני של סבתא ושומעת על הגעגוע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הקהילה מתכוננת לחג: טובלים בנהר ולובשים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קוראים מן האורית וחוגגים את 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הבנת הנקרא וסדר האירועים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 מצאה סל קש צבעוני ישן, וגילתה שהוא מספר על הגעגוע של סבתא לירושלים.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ראיון שורשים – מכירים את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מראיינים בן משפחה מבוגר כדי ללמוד על המוצא והמסורת.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לראיין בכל שפה ולתרגם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לבחור מה לשתף ומה להשאיר בבית.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ראיון שורשים – מתאימים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(מוצא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(מסורת שעוברת בירושה)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(מנהגים ומסורת)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ראיון שורשים – כותבים לפי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תוכן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מילה ופירושה כפי שסופר בראיון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המסע שלי – היכרות עם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בתרמיל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המסע שלי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תחנה 1 שואלת מאיפה התחיל המסע - מקום, משפחה, רגע.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בתחנה 6 כותבים משפט התחייבות, כמו חידוש הברית בחג הסיגד.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כ״ט בחשוון, 50 יום אחרי יום הכיפורים, צום ועלייה להר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חמש מילים נכונות עם פירוש מתאים כמו קס, אורית, מסוב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מסדרת נכון: הסל של סבתא, הביטה צפונה, הכנה בנהר, עלייה להר, קריאה מהאורית, שבירת הצום, הדרך לארץ, הנחיתה, סיגד בירושלים, הכתיבה במחברת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פרק 1-2, פרק 3-4, פרק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להזמין תלמידים דוברי אמהרית לשתף הגייה נכונה של המילים בפרק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לקצר את שאלות הראיון ולהתמקד בשתיים-שלוש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הכתיבה האישית מתאים לעבודה בזוגות או בליווי מבוגר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הסיגד: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תעבדו לפי סדר הפרקים, בדיוק כמו בדפדוף בספר של אלמז. בכל פרק ענו על השאלות במשפטים שלמים, ובסוף בדקו את עצמכם מול שאלות הסיכום.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חמישים  ·  ברית  ·  צומה  ·  געגוע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חג הסיגד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הוא חג של יהודי אתיופיה (ביתא ישראל).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חל בכ״ט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אוכלים ושותים כל היום בלי 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הסיגד חל __________ יום אחרי יום הכיפורים.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חג הסיגד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צמים, מתפללים ומבקשים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אוכלים כל היום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מילים מאמהרית ומגעז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 /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סל-שולחן ארוג שיושבים סביבו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 התורה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השם שבו קראה הקהילה לעצמה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מילים מאמהרית ומגעז – הבנה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נתלה?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צעיף כותנה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אסקיסטה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מנהיג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סל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ריקוד מסורתי של כתפיים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מילים מאמהרית ומגעז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אמסגנלהו פירושו 'תודה רבה' באמהרית.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מילים מאמהרית ומגעז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מילים עבריות מהסיפור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אנשים שקשורים זה לזה באמונה או בתרבות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לאכול ולא לשתות לזמן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רצון חזק לחזור למקום או לאדם שאוהבים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הסכם והתחייבות הדדית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מילים עבריות מהסיפור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שהמשפחה עלתה לארץ, היא הרגישה __________ חזק לבית שהשאירה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הסיגד הקהילה __________ מהבוקר עד הערב, בלי לאכול ולשתות.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הקסים קוראים מן האורית כדי לחדש את ה__________ עם העם.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מילים עבריות מהסיפור – הבנה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הכי מתאימה לתאר כריעה עמוקה מתוך כבוד?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כמיהה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מילים עבריות מהסיפור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משלכם עם המילה "מסורת", הקשור למשפחה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הבנת הנקרא וסדר האירועים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חל בכ"ט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לובשים בגדים שחורים.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הם מנהיגי הקהילה הדתיים.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הבנת הנקרא וסדר האירועים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אל ההר וצמים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אלמז מוצאת את הסל הצבעוני של סבתא ושומעת על הגעגוע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קוראים מן האורית וחוגגים את חידוש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הקהילה מתכוננת לחג: טובלים בנהר ולובשים בגדים לבנים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הבנת הנקרא וסדר האירועים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מצאה אלמז אצל סבתא, ומה זה סיפר לה על המשפחה?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ראיון שורשים – מכירים את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השורשים הוא שיחה עם סבא, סבתא או מבוגר קרוב במשפחה.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לראיין רק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חובה לספר בכיתה את כל מה שהמרואיין סיפר.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ראיון שורשים – מתאימים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מנהגים ומסורת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איזה חפץ או מתכון עובר אצלנו מדור לדור?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מוצא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איזה חג היה חשוב בבית שגדלת בו?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מסורת שעוברת בירושה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ראיון שורשים – כותבים לפי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הגיעה המשפחה שלכם לארץ או לעיר? כתבו בקצרה לפי מה שסיפר המרואיין.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בשפה אחרת שהמרואיין הזכיר חשובה לו, ומה פירושה?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המסע שלי – היכרות עם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בפעילות "המסע שלי"?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שואלים בתחנה מספר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מאיפה התחיל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בתרמיל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היה קשה בדרך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המסע שלי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תחנה 1 עוסקת במקום שבו התחיל המסע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תחנה 6 היא משפט של "חידוש ברית" עם 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מתי חל הסיגד ומה עושים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מכיר/ה לפחות חמש מילים מאמהרית הקשורות לחג?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הסיגד: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